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2314: 火车票（ticket）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区赛数学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411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2019 年武进区第 12 届程序设计比赛试题-小学组 T1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S 坐动车去南京参加 CSP 复赛。火车从常州站出发，途经镇江站，最后到达南京站。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爱思考的小 S 发现，如果每两个车站之间的旅行买一张车票的话，常州、镇江、南京 3 个车站之间共有以下这 6 种火车票：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常州→镇江、常州→南京、镇江→南京、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镇江→常州、南京→常州、南京→镇江。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现在告诉你一条铁路沿线共有 n 个车站，请你编程求出有几种火车票。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输入一行，一个整数 n（2 ≤ n ≤ 46000 ），表示车站的数量。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输出一行，一个整数，表示火车票的种类。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