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2311: 爬楼梯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已知楼梯的数量，可以每次走2级或者3级，求不同的走法数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例如：楼梯一共有7级，一共3种方法：2 2 3或者 2 3 2 或者 3 2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输入包含若干行，每行包含一个正整数N，代表楼梯级数，1 &lt;= N &lt;= 50。 最后一行为0，表示测试结束。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不同的走法数，每一行输入对应一行输出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