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2308: 找和为K的两个元素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在一个长度为n（n&lt;1000）的整数序列中，判断是否存在某两个元素之和为k。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第一行输入序列的长度n和k，用空格分开。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第二行输入序列中的n个整数，用空格分开。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如果存在某两个元素的和为k，则输出yes，否则输出no。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