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2307: 苹果消消乐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2307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电子学会三级 202103真题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有100个苹果和香蕉排成一条直线，其中有N个香蕉，你可以使用至多M次魔法道具将香蕉变成苹果，最后“最长的连续苹果数量”即为你本次苹果消消乐的得分，给定苹果和香蕉的排列，求你能获得的最大得分。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第一行是一个整数T(1 &lt;= T &lt;= 10)，代表测试数据的组数。 每个测试数据第一行是2个整数N和M(0 &lt;= N, M &lt;= 100)。第二行包含N个整数a1, a2, ... aN(1 &lt;= a1 &lt; a2 &lt; ... &lt; aN &lt;= 100)，表示第a1, a2, ... aN个位置上摆放的是香蕉。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对于每组数据，输出通过使用魔法道具后你能获得的最大得分。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34 77 82 83 84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10 30 55 56 90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10 30 55 56 90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