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2303: 字符菱形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给定一个字符，用它构造一个对角线长5个字符，倾斜放置的菱形。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输入只有一行，包含一个字符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该字符构成的菱形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*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