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2302: 与圆相关的计算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2302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电子学会等级考试基础问题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3933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电子学会一级 202103真题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给出圆的半径，求圆的直径、周长和面积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输入包含一个实数 r( 0 &lt; r ≤ 10000  ),表示圆的半径。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输出一行，包含三个数，分别表示圆的直径，周长、面积，数与数之间以一个空格分开，每个数保留小数点后 4位。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3.0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6.0000 18.8495 28.2743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如果圆的半径是 r ，那么圆的直径，周长、面积分别是 2 × r、2 × π × r 、π × r × r ，其中约定 π=3.14159。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