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2301: 药房管理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随着信息技术的蓬勃发展，医疗信息化已经成为医院建设中必不可少的一部分。计算机可以很好地辅助医院管理医生信息、病人信息、药品信息等海量数据，使工作人员能够从这些机械的工作中解放出来，将更多精力投入真正的医疗过程中，从而极大地提高了医院整体的工作效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对药品的管理是其中的一项重要内容。现在药房的管理员希望使用计算机来帮助他管理。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假设对于任意一种药品，每天开始工作时的库存总量已知，并且一天之内不会通过进货的方式增加。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每天会有很多病人前来取药，每个病人希望取走不同数量的药品。如果病人需要的数量超过了当时的库存量，药房会拒 绝该病人的请求。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管理员希望知道每天会有多少病人没有取上药。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共 3 行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第一行是每天开始时的药品总量 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第二行是这一天取药的人数 n（0 &lt; n ≤ 100）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第三行共有 n 个数，分别记录了每个病人希望取走的药品数量（按照时间先后的顺序），两数之间以空格分隔。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 1 行，为这一天没有取上药品的人数。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10 5 6 20 7 8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