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2296: 大写字母的判断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输入一个字符，判断是否是英文大写字母，即是否是 A ∼ Z 中的一个。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如果是英文大写字母，则输出 YES，否者输出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K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