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2293: 比n小的最大质数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202109真题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 n ，求比 n 小的质数中最大的一个。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质数是指一个大于 1 的自然数，除了 1 和它自身外，不能被其他自然数整除的数。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。（2 ≤ n ≤ 10000）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一个整数，即题目要求的解。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