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2292: 计算乘积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2292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电子学会等级考试基础问题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4316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电子学会一级 202109真题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给定两个数 a，b，计算它们的乘积。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一行两个整数 a、b，以空格分隔。（ 0 &lt; a , b &lt; 10 8）。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输出一个整数，表示 a、b 的乘积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123456 123456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15241383936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