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2291: 交换输出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 202109 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输入两个整数 a 、b ，将他们交换输出。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一行两个整数 a、b，以空格分隔。0 &lt; a &lt;  10^8，0 &lt; b &lt; 1016。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一行两个整数 b、a ，以空格分隔。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123 12345654321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12345654321 123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