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2288: 数字放大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给定一个整数序列以及放大倍数 x ，将序列中每个整数放大 x 倍后输出。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包含三行： 第一行为 N ，表示整数序列的长度(N ≤ 100)；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第二行为 N 个整数（不超过整型范围），整数之间以一个空格分开；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第三行包含一个整数（不超过整型范围），为指定的整数 x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个整数，为原序列放大之后的序列，整数之间以一个空格分开。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2 10 14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注意答案的数据范围。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