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2287: 整数排序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202106真题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给定10个整数的序列，要求对其重新排序。排序要求: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1.奇数在前，偶数在后；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2.奇数按从大到小排序；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3.偶数按输入顺序逆序排序。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输入一行，包含10个整数，彼此以一个空格分开，每个整数的范围是大于等于0，小于等于100。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按照要求排序后输出一行，包含排序后的10个整数，数与数之间以一个空格分开。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4 7 3 13 11 12 0 47 34 98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47 13 11 7 3 98 34 0 12 4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