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2282: 逆波兰表达式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2282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逆波兰表达式是一种把运算符前置的算术表达式，例如普通的表达式 2 + 3 的逆波兰表示法为 + 2 3。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逆波兰表达式的优点是运算符之间不必有优先级关系，也不必用括号改变运算次序。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例如(2 + 3) * 4的逆波兰表示法为 * + 2 3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本题求解逆波兰表达式的值，其中运算符包括+ - * / 四个。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输入为一行，其中运算符和运算数之间都用空格分隔，运算数是浮点数。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输出为一行，表达式的值。 可直接用printf("%f", v)输出表达式的值v。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* + 11.0 12.0 + 24.0 35.0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1357.000000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