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2281: 多项式相加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我们经常遇到两多项式相加的情况，在这里，我们就需要用程序来模拟实现把两个多项式相加到一起。首先，我们会有两个多项式，每个多项式是独立的一行，每个多项式由系数、幂数这样的多个整数对来表示。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如多项式 2x20 - x17 + 5x9 - 7x7 + 16x5 + 10x4 + 22x2 - 15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对应的表达式为：2 20 -1 17 5 9 - 7 7 16 5 10 4 22 2 -15 0。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为了标记每行多项式的结束，在表达式后面加上了一个幂数为负数的整数对。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同时输入表达式的幂数大小顺序是随机的。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我们需要做的就是把所给的两个多项式加起来。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输入包括多行。 第一行整数n,表示有多少组的多项式需要求和。(1 &lt; n &lt; 100) 下面为2n行整数，每一行都是一个多项式的表达式。表示n组需要相加的多项式。 每行长度小于300。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输出包括n行，每行为1组多项式相加的结果。 在每一行的输出结果中，多项式的每一项用“[x y]”形式的字符串表示，x是该项的系数、y 是该项的幂数。要求按照每一项的幂从高到低排列，即先输出幂数高的项、再输出幂数低的项。 系数为零的项不要输出。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17 2 20 5 9 -7 7 10 4 22 2 -15 0 16 5 0 -1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19 7 7 3 17 4 4 15 10 -10 5 13 2 -7 0 8 -8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 17 2 23 22 2 6 8 -4 7 -18 0 1 5 21 4 0 -1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7 -7 5 3 17 23 4 15 10 -10 5 13 5 2 19 9 -7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[ 2 20 ] [ 2 19 ] [ 2 17 ] [ 15 10 ] [ 5 9 ] [ 6 5 ] [ 14 4 ] [ 35 2 ] [ -22 0 ]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[ 2 23 ] [ 2 19 ] [ 2 17 ] [ 15 10 ] [ 6 8 ] [ 8 7 ] [ -3 5 ] [ 44 4 ] [ 22 2 ] [ -18 0 ]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第一组样例数据的第二行末尾的8 -8，因为幂次-8为负数，所以这一行数据结束，8 -8不要参与计算。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