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2280: 表达式求值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求一个可能包含加、减、乘、除、乘方运算的中缀表达式的值。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在计算机中，我们常用栈来解决这一问题。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首先将中缀表达式转换到后缀表达式，然后对后缀表达式求值。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加、减、乘、除、乘方分别用 +，-，*, /, ^ 来表示。表达式可以有圆括号()。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第一行为测试数据的组数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行，每行是一个中缀表达式。 每个表达式中，圆括号、运算符和运算数相互之间都用空格分隔，运算数是整数。一般运算数可正可负（负数的符号和数字之间无空格），指数一定为自然数(0 和正整数)。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不必考虑除 0 的情况。每个运算数均可由 int 放下。不必考虑溢出。中缀表达式的字符串长度不超过 600 。乘方的优先级比乘除都高，结合性是向左结合，如 2 ^ 3 ^ 4 表示 ( 2 ^ 3 ) ^ 4 = 4096。 除法的商向下取整。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对每一组测试数据输出一行，为表达式的值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 * ( 5 - ( -3 + 25 ) ) + 70 ^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* 5 + 6 * ( 7 - 8 ) + 6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4373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