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2275: 最大子矩阵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2275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295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电子学会四级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已知矩阵的大小定义为矩阵中所有元素的和。给定一个矩阵，你的任务是找到最大的非空（大小至少是 1 × 1 ）子矩阵。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比如，如下 4 × 4 子矩阵。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0 -2 -7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2 -6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-4 1 -4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-1 8 0 -2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的最大子矩阵是：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-4 1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-1 8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这个子矩阵的大小是15。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输入是一个N × N的矩阵。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输入的第一行给出N (0 &lt; N ≤ 100)。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再后面的若干行中，依次（首先从左到右给出第一行的 N 个整数，再从左到右给出第二行的 N 个整数  ⋯ 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给出矩阵中的 N^2 个整数，整数之间由空白字符分隔（空格或者空行）。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已知矩阵中整数的范围都在[-127, 127]。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输出最大子矩阵的大小。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0 -2 -7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2 -6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-4 1 -4  1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-1 8  0 -2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