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2274: 小球放盒子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个相同的球，M 个不同的盒子，每个盒子最多放 K 个球。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请计算将这 N 个球全部放入盒子中的方案数模 1000007 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三个正整数，依次为 N，M，K。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输出方案数模 1000007 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总共有 3 种方案，依次为：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{3,1}，{2,2}，{1,3}。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 N，M ≤ 5000。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