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2270: 机器翻译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2270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电子学会六级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VariantF的电脑上安装了一个机器翻译软件，他经常用这个软件来翻译英语文章。这个翻译软件的原理很简单，它只是从头到尾，依次将每个英文单词用对应的中文含义来替换。对于每个英文单词，软件会先在内存中查找这个单词的中文含义，如果内存中有，软件就会用它进行翻译；如果内存中没有，软件就会在外存中的词典内查找，查出单词的中文含义然后翻译，并将这个单词和译义放入内存，以备后续的查找和翻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假设内存中有M 个单元，每单元能存放一个单词和译义。每当软件将一个新单词存入内存前，如果当前内存中已存入的单词数不超过M，软件会将新单词存入一个未使用的内存单元；若内存中已存入M 个单词，软件会清空最早进入内存的那个单词，腾出单元来，存放新单词。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假设一篇英语文章的长度为N 个单词。给定这篇待译文章，翻译软件需要去外存查找多少次词典？假设在翻译开始前，内存中没有任何单词。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第一行为两个正整数M 和N，代表内存容量和文章的长度。 第二行为N 个非负整数，按照文章的顺序，每个数（大小不超过1000000）代表一个英文单词。文章中两个单词是同一个单词，当且仅当它们对应的非负整数相同。 对于50%的数据，1&lt;=N、M&lt;=1000； 对于100%的数据，1&lt;=N、M&lt;=1000000。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一个整数，为软件需要查词典的次数。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3 7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1 2 1 5 4 4 1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整个查字典过程如下：每行表示一个单词的翻译，冒号前为本次翻译后的内存状况: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空：内存初始状态为空。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1． 1：查找单词1 并调入内存。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2． 1 2：查找单词2 并调入内存。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3． 1 2：在内存中找到单词1。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4． 1 2 5：查找单词5 并调入内存。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5． 2 5 4：查找单词4 并调入内存替代单词1。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6． 2 5 4：在内存中找到单词4。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7． 5 4 1：查找单词1 并调入内存替代单词2。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共计查了5 次词典。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