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2269: 最小新整数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给定一个十进制正整数n(0 &lt; n &lt; 1000000000)，每个数位上数字均不为0。n的位数为m。 现在从m位中删除k位(0 &lt; k &lt; m)，求生成的新整数最小为多少？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例如: n = 9128456, k = 2, 则生成的新整数最小为12456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第一行t, 表示有t组数据； 接下来t行，每一行表示一组测试数据，每组测试数据包含两个数字n,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t行，每行一个数字，表示从n中删除k位后得到的最小整数。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9128456 2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1444 3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12456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