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2264: 数字三角形问题</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2264</w:t>
            </w:r>
          </w:p>
        </w:tc>
      </w:tr>
      <w:tr>
        <w:tc>
          <w:tcPr>
            <w:tcW w:type="dxa" w:w="4320"/>
          </w:tcPr>
          <w:p>
            <w:r>
              <w:t>标签</w:t>
            </w:r>
          </w:p>
        </w:tc>
        <w:tc>
          <w:tcPr>
            <w:tcW w:type="dxa" w:w="4320"/>
          </w:tcPr>
          <w:p>
            <w:r>
              <w:t>电子学会等级考试动态规划</w:t>
            </w:r>
          </w:p>
        </w:tc>
      </w:tr>
      <w:tr>
        <w:tc>
          <w:tcPr>
            <w:tcW w:type="dxa" w:w="4320"/>
          </w:tcPr>
          <w:p>
            <w:r>
              <w:t>难度</w:t>
            </w:r>
          </w:p>
        </w:tc>
        <w:tc>
          <w:tcPr>
            <w:tcW w:type="dxa" w:w="4320"/>
          </w:tcPr>
          <w:p>
            <w:r>
              <w:t>入门</w:t>
            </w:r>
          </w:p>
        </w:tc>
      </w:tr>
      <w:tr>
        <w:tc>
          <w:tcPr>
            <w:tcW w:type="dxa" w:w="4320"/>
          </w:tcPr>
          <w:p>
            <w:r>
              <w:t>正确</w:t>
            </w:r>
          </w:p>
        </w:tc>
        <w:tc>
          <w:tcPr>
            <w:tcW w:type="dxa" w:w="4320"/>
          </w:tcPr>
          <w:p>
            <w:r>
              <w:t>546</w:t>
            </w:r>
          </w:p>
        </w:tc>
      </w:tr>
      <w:tr>
        <w:tc>
          <w:tcPr>
            <w:tcW w:type="dxa" w:w="4320"/>
          </w:tcPr>
          <w:p>
            <w:r>
              <w:t>来源</w:t>
            </w:r>
          </w:p>
        </w:tc>
        <w:tc>
          <w:tcPr>
            <w:tcW w:type="dxa" w:w="4320"/>
          </w:tcPr>
          <w:p>
            <w:r>
              <w:t>电子学会等级考试四级</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图1给出了一个数字三角形。从三角形的顶部到底部有很多条不同的路径。对于每条路径，把路径上面的数加起来可以得到一个和，你的任务就是找到最大的和。</w:t>
      </w:r>
    </w:p>
    <w:p>
      <w:pPr>
        <w:spacing w:before="40" w:after="40"/>
        <w:ind w:left="720"/>
      </w:pPr>
      <w:r>
        <w:rPr>
          <w:rFonts w:ascii="Consolas" w:hAnsi="Consolas"/>
          <w:sz w:val="18"/>
        </w:rPr>
        <w:t xml:space="preserve">注意：路径上的每一步只能从一个数走到下一层上和它最近的左边的那个数或者右边的那个数。  </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3440169"/>
            <wp:docPr id="1" name="Picture 1"/>
            <wp:cNvGraphicFramePr>
              <a:graphicFrameLocks noChangeAspect="1"/>
            </wp:cNvGraphicFramePr>
            <a:graphic>
              <a:graphicData uri="http://schemas.openxmlformats.org/drawingml/2006/picture">
                <pic:pic>
                  <pic:nvPicPr>
                    <pic:cNvPr id="0" name="tmp3mkemimx.jpg"/>
                    <pic:cNvPicPr/>
                  </pic:nvPicPr>
                  <pic:blipFill>
                    <a:blip r:embed="rId9"/>
                    <a:stretch>
                      <a:fillRect/>
                    </a:stretch>
                  </pic:blipFill>
                  <pic:spPr>
                    <a:xfrm>
                      <a:off x="0" y="0"/>
                      <a:ext cx="4572000" cy="3440169"/>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输入的是一行是一个整数 N (1 ≤ N ≤ 100)，给出三角形的行数。</w:t>
      </w:r>
    </w:p>
    <w:p>
      <w:pPr>
        <w:spacing w:before="40" w:after="40"/>
        <w:ind w:left="720"/>
      </w:pPr>
      <w:r>
        <w:rPr>
          <w:rFonts w:ascii="Consolas" w:hAnsi="Consolas"/>
          <w:sz w:val="18"/>
        </w:rPr>
        <w:t>下面的 N 行给出数字三角形。数字三角形上的数的范围都在 0 和 100 之间。</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输出最大的和。</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w:t>
      </w:r>
    </w:p>
    <w:p>
      <w:pPr>
        <w:spacing w:before="40" w:after="40"/>
        <w:ind w:left="720"/>
      </w:pPr>
      <w:r>
        <w:rPr>
          <w:rFonts w:ascii="Consolas" w:hAnsi="Consolas"/>
          <w:sz w:val="18"/>
        </w:rPr>
        <w:t>7</w:t>
      </w:r>
    </w:p>
    <w:p>
      <w:pPr>
        <w:spacing w:before="40" w:after="40"/>
        <w:ind w:left="720"/>
      </w:pPr>
      <w:r>
        <w:rPr>
          <w:rFonts w:ascii="Consolas" w:hAnsi="Consolas"/>
          <w:sz w:val="18"/>
        </w:rPr>
        <w:t>3 8</w:t>
      </w:r>
    </w:p>
    <w:p>
      <w:pPr>
        <w:spacing w:before="40" w:after="40"/>
        <w:ind w:left="720"/>
      </w:pPr>
      <w:r>
        <w:rPr>
          <w:rFonts w:ascii="Consolas" w:hAnsi="Consolas"/>
          <w:sz w:val="18"/>
        </w:rPr>
        <w:t xml:space="preserve">8 1 0 </w:t>
      </w:r>
    </w:p>
    <w:p>
      <w:pPr>
        <w:spacing w:before="40" w:after="40"/>
        <w:ind w:left="720"/>
      </w:pPr>
      <w:r>
        <w:rPr>
          <w:rFonts w:ascii="Consolas" w:hAnsi="Consolas"/>
          <w:sz w:val="18"/>
        </w:rPr>
        <w:t>2 7 4 4</w:t>
      </w:r>
    </w:p>
    <w:p>
      <w:pPr>
        <w:spacing w:before="40" w:after="40"/>
        <w:ind w:left="720"/>
      </w:pPr>
      <w:r>
        <w:rPr>
          <w:rFonts w:ascii="Consolas" w:hAnsi="Consolas"/>
          <w:sz w:val="18"/>
        </w:rPr>
        <w:t>4 5 2 6 5</w:t>
      </w:r>
    </w:p>
    <w:p>
      <w:pPr>
        <w:pStyle w:val="Heading1"/>
      </w:pPr>
      <w:r>
        <w:t>样例输出</w:t>
      </w:r>
    </w:p>
    <w:p>
      <w:pPr>
        <w:spacing w:before="120" w:after="120"/>
      </w:pPr>
      <w:r>
        <w:t>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