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2261: 计算鞍点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给定一个 5 × 5 的矩阵，每行只有一个最大值，每列只有一个最小值，寻找这个矩阵的鞍点。 鞍点指的是矩阵中的一个元素，它是所在行的最大值，并且是所在列的最小值。 例如：在下面的例子中（第 4 行第 1 列的元素就是鞍点，值为 8 ）。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11 3 5 6 9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12 4 7 8 10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10 5 6 9 11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8  6 4 7 2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15 10 11 20 25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 5 行 5 列的矩阵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如果存在鞍点，输出鞍点所在的行、列及其值，如果不存在，输出" not found "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11 3 5 6 9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12 4 7 8 10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10 5 6 9 11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8  6 4 7 2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15 10 11 20 25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4 1 8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