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2259: 书页(book.cpp)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 年常州市“程序设计小能手”比赛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把一本书摊开在桌上。这本书的页码是连续的，从 1 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现在他告诉你现在桌面上书本左右两页的页码是什么，请你回答他当他翻到第 A 页时， 第 A 页会在左边还是右边。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662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vysrp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66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1 个正整数 n，表示这本书的页码从 1 标号到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2 个正整数，表示现在书本左右两页的页码 P_1 和 P_2。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 1 个正整数，表示小 X 想问你第 A 页在左边还是右边。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 A 页在左边，输出 "L" ；如果第 A 页在右边，输出 "R" 。（均不包含引号）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1、2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一开始书本状态为第 2 张图。可以看到，第 1 页在右，第 4 页在左。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5 个测试点。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对于所有测试点：1 ≤ P_1,P_2,A ≤ n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 ∼ 2：A 为 P_1,P_2 中的一个。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7707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gch76eu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7072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