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2258: 勇士斗恶龙 (fight.cpp)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2020常州市程序设计小能手(小学组)比赛试题 T5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  小 X 穿越到了异世界，国王命令他招揽勇士，杀死恶龙，救回公主。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  异世界是高度数据化的。恶龙有一个攻击力 ATK，一个生命值 HP。类似的，每个勇士也有一个攻击力 Ai，一个生命值 Hi。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  战斗是回合制的，并且每次只能由一个勇士和恶龙单挑。战斗中，每个回合恶龙的生命值会减去这个勇士的攻击力，这个勇士的生命值会减去恶龙的攻击力。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  如果回合结束的时候恶龙的生命值小于等于 0，那么恶龙就被杀死了；如果这个勇士的生命值小于等于 0，那么这个勇士就被击败了，需要换上另一个勇士继续战斗。当然，如果恶龙还没有被杀死，勇士却全部被击败了，那么这场战役就彻底失败了。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  不过聪明的小 X 安排了一个特殊的战术：在一名勇士被击败后立刻让另一名勇士发起攻击，这样恶龙在勇士们的车轮战术下疲于招架，受到第二个勇士的伤害变为两倍，受到第三个勇士的伤害变为三倍……以此类推。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  现在一共有 n 名勇士报名，小 X 想问问你，如果合理安排勇士出战的顺序，最少要招揽多少名勇士才能杀死恶龙？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第一行为一个正整数 n，表示一共有 n 名勇士报名。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第二行两个正整数 ATK 和 HP 表示恶龙的攻击力和生命值。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接下来共有 n 行，每行两个正整数 A_i 和 H_i 表示这名勇士的攻击力和生命值。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输出一个整数，表示最少要招揽多少名勇士才能杀死恶龙。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如果不可能杀死恶龙，输出Fail。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两名勇士都招揽。先派出 2 号勇士第一回合，恶龙生命值变为 8，勇士生命值变为 0。勇士被击败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紧接着派出 1 号勇士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第二回合，恶龙生命值变为 4（两倍伤害），勇士生命值变为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第三回合，恶龙生命值变为 0，勇士生命值变为 0。恶龙被杀死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勇士虽然也被击败了，但恶龙已经死了，所以还是胜利了！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 10 个测试点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1-4 ：n≤q5，ATK,H_i,A_i≤q10，HP≤q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5-7 ：n ≤q 1000，ATK,H_i,A_i ≤q 1000，HP ≤q 10^9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对于测试点 8-10 ： n ≤q 10^5 ，ATK,H_i,A_i ≤q 10^6，HP ≤q 10^{18}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