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2257: 重点单词 (word.cpp)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2020常州市程序设计小能手(小学组)比赛试题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回家后，小 X 望着自己打瞌睡时写的英语笔记陷入了迷茫。由于太困了，他会时不时地把一个字母多写几次：比如可能把 “she” 写成 “shhe” ，也可能写成 “ssshee”。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但他依稀记得这堂课只讲了一个重点单词。为了找到这个单词，他想先把每个单词中连续重复的字母压缩起来：把 “coool” 压缩为 “col” ，把 “aabbaa” 压缩为 “aba” 。接下来找到压缩后出现次数最多的单词，这样就能找到重点单词了。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由于工作量太大，小 X 希望你帮助他找到重点单词。他向你保证压缩后的单词出现次数最多的一定唯一。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表示笔记上共写了 n 个单词。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行，每行一个字符串，表示一个单词。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输出数据只有一行，包含一个字符串，表示压缩后出现次数最多的单词。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qaaqqq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qwwwwq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qqqqaq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qaq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“qaaqqq”压缩成“qaq”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“qwwwwq”压缩成“qwq”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“qqqqaq”压缩成“qaq”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“qaq”出现了两次，“qwq”出现了一次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所以“qaq”出现次数最多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对于全部数据：单词长度  ≤ 50；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：n=1，单词长度为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 ∼ 3 ：n ≤ 10000，单词长度为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4 ∼ 6 ：n=1；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7 ∼ 8 ：n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9 ∼ 10：n ≤ 10000；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