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2256: 旋转数塔(square.cpp)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模拟二维数组市赛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2020常州市程序设计小能手(小学组)比赛试题 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是 C 城著名的考古学家。一日，他被重金聘请调查一座荒漠中的宫殿。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宫殿大门紧闭，但这难不倒聪明的小 X 。他在隐蔽处发现了两个数字正方形：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 X 略加思索便发现了其中的奥妙：把数字从小到大依次填入正方形中，每次填最外面的一圈；每一圈从左上角开始，按照顺时针、逆时针、顺时针……的顺序填。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作为小 X 的助手，他希望你帮助他以相同的规律填上旁边   n × n 的空白方阵。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这里方阵是数字正方形的简称，通常用二维数组来存放其中的数字。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0022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g9s6yo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02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输入数据仅有一行，包含一个正整数 n ，表示方阵的边长，即每行每列有多少个数。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 n  行，每行  n  个正整数，相邻两数之间严格用一个空格隔开。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20 21 32 31 30 7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19 22 33 34 29 8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18 23 36 35 28 9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17 24 25 26 27 10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16 15 14 13 12 11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1 ： n=1 ； 对于测试点  2  ： n=2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3 ： n=3 ； 对于测试点  4  ： n=4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5 ： n=7 ； 对于测试点  6 ： n=8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7 ： n=10 ；对于测试点  8 ： n=15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9 ： n=25 ；对于测试点  10 ： n=50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