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2252: 判断整除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电子学会等级考试-四级样题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一个给定的正整数序列，在每个数之前都插入+号或-号后计算它们的和。比如序列：1、2、4共有8种可能的序列： (+1) + (+2) + (+4) = 7 (+1) + (+2) + (-4) = -1 (+1) + (-2) + (+4) = 3 (+1) + (-2) + (-4) = -5 (-1) + (+2) + (+4) = 5 (-1) + (+2) + (-4) = -3 (-1) + (-2) + (+4) = 1 (-1) + (-2) + (-4) = -7 所有结果中至少有一个可被整数k整除，我们则称此正整数序列可被k整除。例如上述序列可以被3、5、7整除，而不能被2、4、6、8……整除。注意：0、-3、-6、-9……都可以认为是3的倍数。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输入的第一行包含两个数：N（2 &lt; N &lt; 10000）和k(2 &lt; k&lt; 100)，其中N代表一共有N个数，k代表被除数。第二行给出序列中的N个整数，这些整数的取值范围都0到10000之间（可能重复）。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如果此正整数序列可被k整除，则输出YES，否则输出NO。（注意：都是大写字母）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