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2250: 登山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2250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动态规划电子学会等级考试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497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电子学会等级考试-四级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五一到了，PKU-ICPC队组织大家去登山观光，队员们发现山上一个有N个景点，并且决定按照顺序来浏览这些景点，即每次所浏览景点的编号都要大于前一个浏览景点的编号。同时队员们还有另一个登山习惯，就是不连续浏览海拔相同的两个景点，并且一旦开始下山，就不再向上走了。队员们希望在满足上面条件的同时，尽可能多的浏览景点，你能帮他们找出最多可能浏览的景点数么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Line 1： N (2 &lt;= N &lt;= 1000) 景点数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Line 2： N个整数，每个景点的海拔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最多能浏览的景点数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186 186 150 200 160 130 197 220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