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2249: 含k个3的数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输入两个正整数 m 和 k，其中 1 &lt; m &lt; 100000，1 &lt; k &lt; 5 ，判断 m 能否被 19 整除，且恰好含有 k 个 3，如果满足条件，则输出 YES，否则，输出  NO。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例如，输入：43833 3。满足条件，输出 YES。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如果输入：39331 3。尽管有 3 个 3，但不能被 19 整除，也不满足条件，应输出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 和 k 的值，中间用单个空格间隔。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满足条件时输出 YES，不满足时输出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