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2247: 骑车与走路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在北大校园里,没有自行车,上课办事会很不方便。但实际上,并非去办任何事情都是骑车快,因为骑车总要找车、开锁、停车、锁车等,这要耽误一些时间.假设找到自行车,开锁并车上自行车的时间为 27 秒;停车锁车的时间为 23 秒;步行每秒行走 1.2 米,骑车每秒行走 3.0 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请判断走不同的距离去办事,是骑车快还是走路快。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输入一行，包含一个整数，表示一次办事要行走的距离,单位为米。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输出一行,如果骑车快,输出一行" Bike ;如果走路快,输出一行 Walk ;如果一样快,输出一行 All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Bike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