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2246: 判断能否被3，5，7整除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给定一个整数，判断它能否被 3，5，7 整除，并输出以下信息：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、能同时被 3，5，7 整除（直接输出 3 5 7 ，每个数中间一个空格）；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、只能被其中两个数整除（输出两个数，小的在前，大的在后。例如： 3 5 或者 3 7 或者 5 7 ,中间用空格分隔）；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、只能被其中一个数整除（输出这个除数）；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、不能被任何数整除，输出小写字符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输入一行，包括一个整数。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输出一行，按照描述要求给出整数被 3，5，7 整除的情况。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