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2245: 输出保留12位小数的浮点数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读入一个双精度浮点数，保留 12 位小数，输出这个浮点数。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只有一行，一个双精度浮点数。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也只有一行，保留 12 位小数的浮点数。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3.1415926535798932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3.141592653580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