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2243: 反向输出一个三位数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7259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将一个三位数反向输出。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一个三位数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反向输出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001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