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2240: 和为给定数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2240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双指针二分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2173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电子学会二级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给出若干个整数，询问其中是否有一对不同位置上数的和等于给定的数。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共三行： 第一行是整数 n (0 &lt; n ≤ 100,000)，表示有 n个整数。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第二行是 n 个整数。整数的范围是在 0 到 108 之间。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第三行是一个整数 m（0 ≤ m ≤ 2^{30})，表示需要得到的和。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若存在和为 m 的数对，输出两个整数，小的在前，大的在后，中间用单个空格隔开。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若有多个数对满足条件，选择数对中较小的数更小的。若找不到符合要求的数对，输出一行 No。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