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2235: 求最大公约数问题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给定两个正整数，求它们的最大公约数。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输入一行，包含两个正整数(  &lt; 1,000,000,000 )。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输出一个正整数，即这两个正整数的最大公约数。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求最大公约数可以使用辗转相除法：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 a &gt; b &gt; 0，那么 a 和 b 的最大公约数等于 b 和 a % b 的最大公约数。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然后把 b 和 a % b 作为新一轮的输入。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由于这个过程会一直递减，直到 a % b 等于 0 的时候，b 的值就是所要求的最大公约数。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9 和 6 的最大公约数等于 6 和 9%6=3 的最大公约数。 由于 6 % 3==0，所以最大公约数为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