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2234: 找第一个只出现一次的字符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给定一个只包含小写字母的字符串，请你找到第一个仅出现一次的字符。如果没有，输出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一个字符串，长度小于 100000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输出第一个仅出现一次的字符，若没有则输出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abcabd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