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2231: 最简真分数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n 个正整数，任取两个数分别作为分子和分母组成最简真分数，编程求共有几个这样的组合。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第一行是一个正整数 n（n ≤ 600）。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个不同的整数，相邻两个整数之间用单个空格隔开。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整数大于 1 且小于等于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一个整数，即最简真分数组合的个数。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3 5 7 9 11 13 15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最简真分数是指分子小于分母,且分子和分母互质的分数。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