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2230: 数字方格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如上图，有 3 个方格，每个方格里面都有一个整数 a1，a2，a3 。已知 0 ≤ a1, a2 , a3 ≤ n ，而且a1 + a2 是 2 的倍数，a2 + a3 是 3 的倍数， a1 + a2 + a3 是 5 的倍数。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你的任务是找到一组 a1，a2，a3 ，使得 a1 + a2 + a3 最大。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64123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3p8r82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41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一行，包含一个整数 n (0 ≤ n ≤ 100 )。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一个整数，即 a1 + a2 + a3 的最大值。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