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2229: 输出一个整数序列中与指定数字相同的数的个数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输出一个整数序列中与指定数字相同的数的个数。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输入包含三行：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 ，表示整数序列的长度(N ≤ 100)；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第二行为 N 个整数，整数之间以一个空格分开；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第三行包含一个整数，为指定的整数 m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输出为 N 个数中与 m 相同的数的个数。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