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2224: 分割字符串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小张同学有一个很大的数字（长度≤1000），他最不喜欢的数字是数字'5'，因此他想把这个数字中的'5'都替换成空格，这样，他会得到很多被分割出来的数字。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你的任务是，将这些数字按要求分割之后，重新排序，并输出排序的结果。（要注意：如果分割之后的数字含有前导0，比如"00235"，请删除前导0后，再排序输出）。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输入一个很大的整数（数字长度≤1000）。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请注意：本题数据保证，按题意分割后一定能得到≥2个整数，分割得到的数字都是非负整数，且值≤108。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按题意输出字符串分割排序的结果，相邻的数字之间用空格隔开。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0051231232050775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0 77 12312320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