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2223: 插入排序（sort）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2223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CSP-J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csp-j 2021 T2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插入排序是一种非常常见且简单的排序算法。小 Z 是一名大一的新生，今天 H 老师刚刚在上课的时候讲了插入排序算法。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假设比较两个元素的时间为 O(1)，则插入排序可以以 O(n2) 的时间复杂度完成长度为 n 的数组的排序。不妨假设这 n 个数字分别存储在 a1, a2, · · · , an 之中，则如下伪代码给出了插入排序算法的一种最简单的实现方式：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这下面是 C/C++ 的示范代码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for (int i = 1; i &lt;= n; i++)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for (int j = i; j&gt;=2; j‐‐)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if ( a[j] &lt; a[j‐1] ){</w:t>
      </w:r>
    </w:p>
    <w:p>
      <w:pPr>
        <w:spacing w:before="40" w:after="40"/>
        <w:ind w:left="1584"/>
      </w:pPr>
      <w:r>
        <w:rPr>
          <w:rFonts w:ascii="Consolas" w:hAnsi="Consolas"/>
          <w:sz w:val="18"/>
        </w:rPr>
        <w:t xml:space="preserve">      int t = a[j‐1];</w:t>
      </w:r>
    </w:p>
    <w:p>
      <w:pPr>
        <w:spacing w:before="40" w:after="40"/>
        <w:ind w:left="1584"/>
      </w:pPr>
      <w:r>
        <w:rPr>
          <w:rFonts w:ascii="Consolas" w:hAnsi="Consolas"/>
          <w:sz w:val="18"/>
        </w:rPr>
        <w:t xml:space="preserve">      a[j‐1] = a[j];</w:t>
      </w:r>
    </w:p>
    <w:p>
      <w:pPr>
        <w:spacing w:before="40" w:after="40"/>
        <w:ind w:left="1584"/>
      </w:pPr>
      <w:r>
        <w:rPr>
          <w:rFonts w:ascii="Consolas" w:hAnsi="Consolas"/>
          <w:sz w:val="18"/>
        </w:rPr>
        <w:t xml:space="preserve">      a[j] = t;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这下面是 Pascal 的示范代码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for i:=1 to n do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for j:=i downto 2 do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if a[j]&lt;a[j‐1] then</w:t>
      </w:r>
    </w:p>
    <w:p>
      <w:pPr>
        <w:spacing w:before="40" w:after="40"/>
        <w:ind w:left="1584"/>
      </w:pPr>
      <w:r>
        <w:rPr>
          <w:rFonts w:ascii="Consolas" w:hAnsi="Consolas"/>
          <w:sz w:val="18"/>
        </w:rPr>
        <w:t xml:space="preserve">      begin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        t:=a[i];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        a[i]:=a[j];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        a[j]:=t;</w:t>
      </w:r>
    </w:p>
    <w:p>
      <w:pPr>
        <w:spacing w:before="40" w:after="40"/>
        <w:ind w:left="1584"/>
      </w:pPr>
      <w:r>
        <w:rPr>
          <w:rFonts w:ascii="Consolas" w:hAnsi="Consolas"/>
          <w:sz w:val="18"/>
        </w:rPr>
        <w:t xml:space="preserve">      end;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为了帮助小 Z 更好的理解插入排序，小 Z 的老师 H 老师留下了这么一道家庭作业：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H 老师给了一个长度为 n 的数组 a，数组下标从 1 开始，并且数组中的所有元素均为非负整数。小 Z 需要支持在数组 a 上的 Q 次操作，操作共两种，参数分别如下：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x v : 这是第一种操作，会将 a 的第 x 个元素，也就是 ax 的值，修改为 v。保证1 ≤ x ≤ n, 1 ≤ v ≤ 109。 注意这种操作会改变数组的元素，修改得到的数组会被保留，也会影响后续的操作。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 x : 这是第二种操作，假设 H 老师按照上面的伪代码对 a 数组进行排序，你需要告诉 H 老师原来 a 的第 x 个元素，也就是 ax，在排序后的新数组所处的位置。保证1 ≤ x ≤ n。注意这种操作不会改变数组的元素，排序后的数组不会被保留，也不会影响后续的操作。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H 老师不喜欢过多的修改，所以他保证类型 1 的操作次数不超过 5000。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Z 没有学过计算机竞赛，因此小 Z 并不会做这道题。他找到了你来帮助他解决这个问题。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输入的第一行包含两个正整数 n, Q，表示数组长度和操作次数。保证 1 ≤ n ≤ 8, 000, 1 ≤ Q ≤ 2 * 105。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输入的第二行包含 n 个空格分隔的非负整数，其中第 i 个非负整数表示 ai。保证1 ≤ ai ≤ 109。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 Q 行，每行 2 ∼ 3 个正整数，表示一次操作，操作格式见题目描述。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对于所有测试数据，满足 1 ≤ n ≤ 8, 000, 1 ≤ Q ≤ 2×105, 1 ≤ x ≤ n, 1 ≤ v, ai ≤ 109。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对于所有测试数据，保证在所有 Q 次操作中，至多有 5000 次操作属于类型一。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各测试点的附加限制及分值如下表所示。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1137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bv88ld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1137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对于每一次类型为 2 的询问，输出一行一个正整数表示答案。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【样例 1 解释】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在修改操作之前，假设 H 老师进行了一次插入排序，则原序列的三个元素在排序结束后所处的位置分别是 3, 2, 1。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在修改操作之前，假设 H 老师进行了一次插入排序，则原序列的三个元素在排序结束后所处的位置分别是 3, 1, 2。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注意虽然此时 a2 = a3，但是我们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不能将其视为相同的元素。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