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2220: 数字的组合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2220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深搜排列组合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1012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深搜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 n 个互不相等的数中，选出 r 个数的组合，请问有哪些不同的选法，按照字典码的顺序，输出这些选出的数，每组数输出时要求按照从小到大的顺序输出。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比如，假设有 5 个数分别是 1 2 3 4 5 ，从中选出 3 个数的组合有：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行输入两个整数 n（3≤n≤20）和 r（1≤r≤n）；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行输入 n 个整数，数字之间用空格隔开，请注意：输入的n个整数不保证是有序的。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输出若干行，每行有 r 个数，用空格隔开。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2 3 5 1 4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3 4 5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【注意】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本题C++选手请使用scanf、printf 替代 cin、cout 提升读写效率；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