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2217: 找数字的位置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n 个数的数组 a （保证 n 个数互不相同），再给定 m 次询问，每次询问一个整数 x 在数组 a 中出现的位置，如果存在输出该数在 a 数组中出现的位置，不存在输出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行是一个整数 n（5≤n≤10^5）。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个整数，数与数之间用空格隔开。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行有一个整数 m（5≤m≤10^5）。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行，每行输出每次查询的整数在 a 数组中的位置，如果该数不存在，输出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1 5 2 4 6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【注意】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由于本题读入、输出的数据较多，C++选手请使用scanf和printf 替代 cin和cout 提升读写效率。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