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2216: 找数字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个数的数组 a，再给定 m 次询问，每次询问一个整数 x 在数组 a 中是否存在，如果存在，输出 Y，不存在输出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n（5≤n≤10^5）；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个整数，数与数之间用空格隔开；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行有一个整数m（5≤m≤10^5）；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行有 m 个整数，数与数之间用空格隔开；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次查询每次查询的结果（Y 或者 N），每次查询结果之间用空格隔开。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2 8 1 9 6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 N Y N 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