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2211: 求任意两点之间的最短路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个顶点，m 条边的有向图（其中某些边权可能为负，但保证没有负环、自环）。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请编程计算出任意两点之间的最短路。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3 个整数 u、v、l，表示 u 点到 v 点之间有一条有向边，边长为 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100，1 ≤ m ≤ 5000，-1000 ≤ l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注意：数据保证两点之间只有一条有向边。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行，每行有 n 个整数，第 i 行的第 j 个数，代表的是从点 i 到点 j 的最短路的值。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如果两点之间不存在能达到的路径，请输出字母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0 -1 -2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