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2210: 选数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2210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noip复赛回溯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 2002 普及组第二题。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已知n（1&lt;=n&lt;=20）个整数x1,x2,…,xn（1&lt;=xi&lt;=5000000），以及一个整数k（k&lt;n）。从n个整数中任选k个整数相加，可分别得到一系列的和。现在，要求你计算出和为素数共有多少种。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例如当 n=4，k=3，4 个整数分别为 3,7,12,19 时，可得全部的组合与它们的和为：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3+7+12=22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3+7+19=29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7+12+19=38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3+12+19=34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现在，要求你计算出和为素数共有多少种。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例如上例，只有一种的和为素数：3+7+19=29。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第一行两个空格隔开的整数 n,k（1≤n≤20，k&lt;n）。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个整数，分别为x1,x2...xn（1≤xi≤5*106）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输出一个整数，表示种类数。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3 7 12 19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