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2208: 最大可达点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2208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图论邻接表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基础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240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图论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 国有 n 个城市（编号为 1~n），城市之间修建了 m 条单向的高速公路。请求出从每个城市能到达的编号最大的城市是哪个城市？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例如下图所示的地图，1 2 3 4 5 号城市分别能到达的编号最大的城市为：3 3 3 5 5。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r>
        <w:t>图片 1:</w:t>
      </w:r>
    </w:p>
    <w:p>
      <w:r>
        <w:drawing>
          <wp:inline xmlns:a="http://schemas.openxmlformats.org/drawingml/2006/main" xmlns:pic="http://schemas.openxmlformats.org/drawingml/2006/picture">
            <wp:extent cx="4572000" cy="497446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mp2s9sva6w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4572000" cy="497446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第 1 行有 2 个整数 n 和 m，分别代表城市数量和高速公路的数量。（1≤n≤10^5，1≤m≤10^5）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接下来 m 行，每行有 2 个整数 x 和 y，分别代表从 x 号城市到 y 号城市有一条单向的高速公路。（1≤x,y≤n）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输出 n 个整数，用空格隔开，分别代表编号为 1 2 3 4 ... n 的城市，按照给定的数据，能到达的最大编号的城市。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5 7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1 2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3 1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5 3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4 5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5 1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3 3 3 5 5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