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2206: 树的宽高及两点的距离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2206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652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给定一棵树的边的关系，结点 1 为该树的根，请问该树的宽度（同一层最多的结点数）、高度（根结点的高度为 1 ），以及树中两个结点 u 和 v 之间的最短距离是多少？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比如：下图所示的树，深度为 5，宽度为 3，结点 7 到结点 9 的最短距离为 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785003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c7q2tj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78500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行输入一个整数 n（n≤1000）；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n-1 行，每行有 2 个整数 x 和 y，表示结点 x 和 y 之间有一条边（1≤x,y≤n）。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最后一行有 2 个整数 u 和 v ，表示求 u 和 v 之间最短距离。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行输出该树的高度；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行输出该树的宽度；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3 行输出该树从结点 u 到结点 v 之间最短距离；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7 9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