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2204: 生日馅饼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二分答案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二分答案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我的生日快到了，我们这有过生日做馅饼的传统。我朋友们要来参加我的生日宴会，他们每人将会得到一块馅饼。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这应该是一个馅饼的一块，而不是几个小块。不过，这一块也可以是一整块馅饼。我的朋友们都很讨厌，如果他们中的一个分到的比其他人更多，他们就会开始抱怨。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因此，所有的馅饼都应该得到同样大小（但不一定是同样形状）的馅饼，即使这会导致一些馅饼变质（这比破坏聚会要好）。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当然，我自己也要有一块馅饼，而且那块馅饼也应该一样大。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我们能得到的最大可能的尺寸是多少？所有的馅饼都是圆柱形的，它们都有相同的高度1，但是馅饼的半径可以不同。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第一行正整数m，表示测试的数量。对于每个测试用例：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第一行有两个整数N和F，1&lt;=N，F&lt;=10000  分别表示 馅饼的数目和朋友的数目。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第二行有N个整数ri，1&lt;=ri&lt;=10000 表示 馅饼 的半径。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对于每个测试用例，输出一行最大可能的体积V，这样我和我的朋友都可以得到一块体积为V大小的馅饼。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答案V应以浮点数形式给出，绝对误差不超过10^（-4）。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1 4 2 3 4 5 6 5 4 2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25.1327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3.1416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50.2655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题目大意：生日聚会上，来到的所有朋友都会领取一块饼，但是要求的是所有人都要拿到大小相同的饼！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题目要求输出的是：每个人尽量拿到的最大的饼的体积是多大。这里的饼的形状是高为1的圆柱形。V=底面积*高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特别注意：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1、题目里要给你自己留一块。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2、每个人得到的饼不可以是两块饼拼接在一起的。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3、这里的PI:3.141592653589793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