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2203: 二叉树遍历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小明学完了树的基本知识，想做二叉树遍历的程序设计练习。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根据二叉树的深度从数据文件中读入 n 个整数生成顺序存储的二叉树，做各种遍历的输出。小明发现输出的数据中有不少重复的，为此他先将重复的数据过滤掉，然后再生成二叉树的结构。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现在要求你从数据文件中读取若干个整数，生成一个满二叉树，然后输出一个二叉树遍历的序列。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 2 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第一行是两个整数 h 和 p ，h 是二叉树的深度， h≤8 。p=1时先序输出，p=2 时中序输出，p=3 时后序输出。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第二行若干个整数（数字小于等于 1000 ），读入数据前，先要计算二叉树的结点个数 n ，然后在数据中顺序读取 n 个不重复的整数。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例如深度为 3 的二叉树结点有 7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输出文只有一行，是二叉树遍历的序列。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277 248 494 88 277 371 387 88 494 216 227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88 248 371 277 387 494 216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样例数据构建的二叉树为：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75374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c7lqee8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5374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